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D1E" w:rsidRPr="00FE5022" w:rsidRDefault="00FE5022" w:rsidP="0085392F">
      <w:pPr>
        <w:pStyle w:val="Nagwek1"/>
        <w:jc w:val="center"/>
        <w:rPr>
          <w:color w:val="auto"/>
          <w:sz w:val="40"/>
        </w:rPr>
      </w:pPr>
      <w:r>
        <w:rPr>
          <w:noProof/>
          <w:sz w:val="40"/>
        </w:rPr>
        <w:drawing>
          <wp:anchor distT="0" distB="0" distL="114300" distR="114300" simplePos="0" relativeHeight="251660288" behindDoc="1" locked="0" layoutInCell="1" allowOverlap="1" wp14:anchorId="15ECBF92" wp14:editId="367DF977">
            <wp:simplePos x="0" y="0"/>
            <wp:positionH relativeFrom="column">
              <wp:posOffset>5806440</wp:posOffset>
            </wp:positionH>
            <wp:positionV relativeFrom="paragraph">
              <wp:posOffset>297180</wp:posOffset>
            </wp:positionV>
            <wp:extent cx="975360" cy="97536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smal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259080</wp:posOffset>
            </wp:positionH>
            <wp:positionV relativeFrom="paragraph">
              <wp:posOffset>304800</wp:posOffset>
            </wp:positionV>
            <wp:extent cx="975360" cy="97536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smal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9535D5">
        <w:rPr>
          <w:sz w:val="40"/>
        </w:rPr>
        <w:t>F</w:t>
      </w:r>
      <w:r w:rsidRPr="00FE5022">
        <w:rPr>
          <w:color w:val="auto"/>
          <w:sz w:val="40"/>
        </w:rPr>
        <w:t>ormularz</w:t>
      </w:r>
      <w:proofErr w:type="spellEnd"/>
      <w:r w:rsidRPr="00FE5022">
        <w:rPr>
          <w:color w:val="auto"/>
          <w:sz w:val="40"/>
        </w:rPr>
        <w:t xml:space="preserve"> </w:t>
      </w:r>
      <w:proofErr w:type="spellStart"/>
      <w:r w:rsidRPr="00FE5022">
        <w:rPr>
          <w:color w:val="auto"/>
          <w:sz w:val="40"/>
        </w:rPr>
        <w:t>zgłoszeniowy</w:t>
      </w:r>
      <w:proofErr w:type="spellEnd"/>
      <w:r w:rsidRPr="00FE5022">
        <w:rPr>
          <w:color w:val="auto"/>
          <w:sz w:val="40"/>
        </w:rPr>
        <w:t xml:space="preserve"> </w:t>
      </w:r>
      <w:proofErr w:type="spellStart"/>
      <w:r w:rsidRPr="00FE5022">
        <w:rPr>
          <w:color w:val="auto"/>
          <w:sz w:val="40"/>
        </w:rPr>
        <w:t>zawodnika</w:t>
      </w:r>
      <w:proofErr w:type="spellEnd"/>
    </w:p>
    <w:p w:rsidR="00553D1E" w:rsidRPr="00FE5022" w:rsidRDefault="00FE5022" w:rsidP="009535D5">
      <w:pPr>
        <w:pStyle w:val="Nagwek2"/>
        <w:jc w:val="center"/>
        <w:rPr>
          <w:color w:val="auto"/>
        </w:rPr>
      </w:pPr>
      <w:r w:rsidRPr="00FE5022">
        <w:rPr>
          <w:color w:val="auto"/>
        </w:rPr>
        <w:t>Kadra Wojewódzka Młodzika – Śląski Związek Piłki Siatkowej</w:t>
      </w:r>
    </w:p>
    <w:p w:rsidR="00FE5022" w:rsidRDefault="00FE5022"/>
    <w:p w:rsidR="00553D1E" w:rsidRDefault="00FE5022" w:rsidP="00FE5022">
      <w:pPr>
        <w:jc w:val="center"/>
      </w:pPr>
      <w:r>
        <w:t>DANE ZAWODNIKA</w:t>
      </w:r>
    </w:p>
    <w:p w:rsidR="00553D1E" w:rsidRDefault="00FE5022">
      <w:r>
        <w:t>Imię:</w:t>
      </w:r>
    </w:p>
    <w:p w:rsidR="00553D1E" w:rsidRDefault="00FE5022">
      <w:r>
        <w:t>Nazwisko:</w:t>
      </w:r>
    </w:p>
    <w:p w:rsidR="00553D1E" w:rsidRDefault="00FE5022">
      <w:r>
        <w:t>PESEL:</w:t>
      </w:r>
    </w:p>
    <w:p w:rsidR="009535D5" w:rsidRDefault="009535D5">
      <w:proofErr w:type="spellStart"/>
      <w:r>
        <w:t>Adres</w:t>
      </w:r>
      <w:proofErr w:type="spellEnd"/>
      <w:r>
        <w:t>:</w:t>
      </w:r>
    </w:p>
    <w:p w:rsidR="00553D1E" w:rsidRDefault="00FE5022">
      <w:r>
        <w:t>Data urodzenia:</w:t>
      </w:r>
    </w:p>
    <w:p w:rsidR="00553D1E" w:rsidRDefault="00FE5022">
      <w:r>
        <w:t>Wzrost zawodnika:</w:t>
      </w:r>
    </w:p>
    <w:p w:rsidR="00553D1E" w:rsidRDefault="00FE5022">
      <w:r>
        <w:t>Pozycja na boisku:</w:t>
      </w:r>
    </w:p>
    <w:p w:rsidR="00553D1E" w:rsidRDefault="00FE5022" w:rsidP="00092BD9">
      <w:pPr>
        <w:tabs>
          <w:tab w:val="left" w:pos="3144"/>
        </w:tabs>
      </w:pPr>
      <w:proofErr w:type="spellStart"/>
      <w:r>
        <w:t>Numer</w:t>
      </w:r>
      <w:proofErr w:type="spellEnd"/>
      <w:r>
        <w:t xml:space="preserve"> </w:t>
      </w:r>
      <w:proofErr w:type="spellStart"/>
      <w:r>
        <w:t>telefonu</w:t>
      </w:r>
      <w:proofErr w:type="spellEnd"/>
      <w:r>
        <w:t xml:space="preserve"> </w:t>
      </w:r>
      <w:proofErr w:type="spellStart"/>
      <w:r>
        <w:t>zawodnika</w:t>
      </w:r>
      <w:proofErr w:type="spellEnd"/>
      <w:r>
        <w:t>:</w:t>
      </w:r>
      <w:r w:rsidR="00092BD9">
        <w:tab/>
      </w:r>
    </w:p>
    <w:p w:rsidR="00092BD9" w:rsidRDefault="00092BD9" w:rsidP="00092BD9">
      <w:pPr>
        <w:tabs>
          <w:tab w:val="left" w:pos="3144"/>
        </w:tabs>
      </w:pPr>
      <w:proofErr w:type="spellStart"/>
      <w:r>
        <w:t>Pełna</w:t>
      </w:r>
      <w:proofErr w:type="spellEnd"/>
      <w:r>
        <w:t xml:space="preserve"> </w:t>
      </w:r>
      <w:proofErr w:type="spellStart"/>
      <w:r>
        <w:t>nazwa</w:t>
      </w:r>
      <w:proofErr w:type="spellEnd"/>
      <w:r w:rsidR="00343DE5">
        <w:t xml:space="preserve"> </w:t>
      </w:r>
      <w:proofErr w:type="spellStart"/>
      <w:r w:rsidR="00343DE5">
        <w:t>i</w:t>
      </w:r>
      <w:proofErr w:type="spellEnd"/>
      <w:r w:rsidR="00343DE5">
        <w:t xml:space="preserve"> </w:t>
      </w:r>
      <w:proofErr w:type="spellStart"/>
      <w:r w:rsidR="00343DE5">
        <w:t>adres</w:t>
      </w:r>
      <w:proofErr w:type="spellEnd"/>
      <w:r>
        <w:t xml:space="preserve"> </w:t>
      </w:r>
      <w:proofErr w:type="spellStart"/>
      <w:r w:rsidR="00343DE5">
        <w:t>s</w:t>
      </w:r>
      <w:r>
        <w:t>zkoły</w:t>
      </w:r>
      <w:proofErr w:type="spellEnd"/>
      <w:r>
        <w:t xml:space="preserve"> do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uczęszcza</w:t>
      </w:r>
      <w:proofErr w:type="spellEnd"/>
      <w:r>
        <w:t xml:space="preserve"> </w:t>
      </w:r>
      <w:proofErr w:type="spellStart"/>
      <w:r>
        <w:t>zawodnik</w:t>
      </w:r>
      <w:proofErr w:type="spellEnd"/>
      <w:r>
        <w:t>:</w:t>
      </w:r>
    </w:p>
    <w:p w:rsidR="00553D1E" w:rsidRDefault="00553D1E"/>
    <w:p w:rsidR="00553D1E" w:rsidRDefault="00FE5022" w:rsidP="00FE5022">
      <w:pPr>
        <w:jc w:val="center"/>
      </w:pPr>
      <w:r>
        <w:t>DANE RODZICÓW / OPIEKUNÓW PRAWNYCH</w:t>
      </w:r>
    </w:p>
    <w:p w:rsidR="00553D1E" w:rsidRDefault="00FE5022">
      <w:r>
        <w:t xml:space="preserve">Matka – </w:t>
      </w:r>
      <w:r>
        <w:t>imię i nazwisko:</w:t>
      </w:r>
    </w:p>
    <w:p w:rsidR="00553D1E" w:rsidRDefault="00FE5022">
      <w:r>
        <w:t>Telefon:</w:t>
      </w:r>
    </w:p>
    <w:p w:rsidR="00553D1E" w:rsidRDefault="00FE5022">
      <w:r>
        <w:t>E-mail:</w:t>
      </w:r>
    </w:p>
    <w:p w:rsidR="00553D1E" w:rsidRDefault="00FE5022">
      <w:r>
        <w:t>Ojciec – imię i nazwisko:</w:t>
      </w:r>
    </w:p>
    <w:p w:rsidR="00553D1E" w:rsidRDefault="00FE5022">
      <w:r>
        <w:t>Telefon:</w:t>
      </w:r>
    </w:p>
    <w:p w:rsidR="00553D1E" w:rsidRDefault="00FE5022">
      <w:r>
        <w:t>E-mail:</w:t>
      </w:r>
    </w:p>
    <w:p w:rsidR="00553D1E" w:rsidRDefault="00FE5022">
      <w:r>
        <w:t>Opiekun prawny – imię i nazwisko:</w:t>
      </w:r>
    </w:p>
    <w:p w:rsidR="00553D1E" w:rsidRDefault="00FE5022">
      <w:r>
        <w:t>Telefon:</w:t>
      </w:r>
    </w:p>
    <w:p w:rsidR="00553D1E" w:rsidRDefault="00FE5022">
      <w:r>
        <w:t>E-mail:</w:t>
      </w:r>
    </w:p>
    <w:p w:rsidR="00553D1E" w:rsidRDefault="00FE5022" w:rsidP="00FE5022">
      <w:pPr>
        <w:jc w:val="center"/>
      </w:pPr>
      <w:r>
        <w:t>DANE KLUBOWE</w:t>
      </w:r>
    </w:p>
    <w:p w:rsidR="00553D1E" w:rsidRDefault="00FE5022">
      <w:r>
        <w:t>Nazwa klubu:</w:t>
      </w:r>
    </w:p>
    <w:p w:rsidR="00553D1E" w:rsidRDefault="00FE5022">
      <w:r>
        <w:t>Numer licencji klubowej zawodnika:</w:t>
      </w:r>
    </w:p>
    <w:p w:rsidR="00553D1E" w:rsidRDefault="00FE5022">
      <w:r>
        <w:t>Imię i nazwisko trenera klubowego:</w:t>
      </w:r>
    </w:p>
    <w:p w:rsidR="00553D1E" w:rsidRDefault="00FE5022">
      <w:r>
        <w:lastRenderedPageBreak/>
        <w:t xml:space="preserve">Numer telefonu trenera </w:t>
      </w:r>
      <w:r>
        <w:t>klubowego:</w:t>
      </w:r>
    </w:p>
    <w:p w:rsidR="00553D1E" w:rsidRDefault="00FE5022">
      <w:r>
        <w:t>Ile lat zawodnik trenuje piłkę siatkową:</w:t>
      </w:r>
    </w:p>
    <w:p w:rsidR="00553D1E" w:rsidRDefault="00553D1E"/>
    <w:p w:rsidR="00553D1E" w:rsidRDefault="00FE5022" w:rsidP="00FE5022">
      <w:pPr>
        <w:jc w:val="center"/>
      </w:pPr>
      <w:r>
        <w:t>INFORMACJE DODATKOWE</w:t>
      </w:r>
    </w:p>
    <w:p w:rsidR="00553D1E" w:rsidRDefault="00FE5022">
      <w:r>
        <w:t>Wzrost ojca:</w:t>
      </w:r>
    </w:p>
    <w:p w:rsidR="00553D1E" w:rsidRDefault="00FE5022">
      <w:r>
        <w:t>Wzrost matki:</w:t>
      </w:r>
    </w:p>
    <w:p w:rsidR="00553D1E" w:rsidRDefault="00FE5022">
      <w:r>
        <w:t>Data zakończenia ważności badań lekarskich:</w:t>
      </w:r>
    </w:p>
    <w:p w:rsidR="00553D1E" w:rsidRDefault="00553D1E"/>
    <w:p w:rsidR="00553D1E" w:rsidRDefault="00FE5022" w:rsidP="00FE5022">
      <w:pPr>
        <w:jc w:val="center"/>
      </w:pPr>
      <w:r>
        <w:t>KLAUZULA RODO</w:t>
      </w:r>
    </w:p>
    <w:p w:rsidR="00553D1E" w:rsidRDefault="00FE5022">
      <w:r>
        <w:t>Wyrażam zgodę na przetwarzanie danych osobowych zgodnie z RODO</w:t>
      </w:r>
      <w:r>
        <w:t xml:space="preserve"> przez Śląski Związek Piłki Siatkowej w celu realizacji procesu kwalifikacji do Kadry Wojewódzkiej Młodzika.</w:t>
      </w:r>
    </w:p>
    <w:p w:rsidR="00553D1E" w:rsidRDefault="00553D1E"/>
    <w:p w:rsidR="00553D1E" w:rsidRDefault="00FE5022">
      <w:r>
        <w:t>Podpis rodzica / opiekuna prawnego:</w:t>
      </w:r>
    </w:p>
    <w:p w:rsidR="00553D1E" w:rsidRDefault="00FE5022">
      <w:r>
        <w:t>Miejscowość, data:</w:t>
      </w:r>
    </w:p>
    <w:p w:rsidR="00553D1E" w:rsidRDefault="00553D1E">
      <w:bookmarkStart w:id="0" w:name="_GoBack"/>
      <w:bookmarkEnd w:id="0"/>
    </w:p>
    <w:sectPr w:rsidR="00553D1E" w:rsidSect="00FE50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BD9"/>
    <w:rsid w:val="0015074B"/>
    <w:rsid w:val="0029639D"/>
    <w:rsid w:val="00326F90"/>
    <w:rsid w:val="00343DE5"/>
    <w:rsid w:val="00553D1E"/>
    <w:rsid w:val="00566B15"/>
    <w:rsid w:val="0085392F"/>
    <w:rsid w:val="009535D5"/>
    <w:rsid w:val="00AA1D8D"/>
    <w:rsid w:val="00B47730"/>
    <w:rsid w:val="00CB0664"/>
    <w:rsid w:val="00FC693F"/>
    <w:rsid w:val="00FE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BEC56"/>
  <w14:defaultImageDpi w14:val="300"/>
  <w15:docId w15:val="{FEC45767-9F7B-42D5-B55F-EFCAC74D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17F818-7E14-45F6-8228-4DF65027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Jakub Dejewski</cp:lastModifiedBy>
  <cp:revision>2</cp:revision>
  <dcterms:created xsi:type="dcterms:W3CDTF">2026-01-13T10:13:00Z</dcterms:created>
  <dcterms:modified xsi:type="dcterms:W3CDTF">2026-01-13T10:13:00Z</dcterms:modified>
  <cp:category/>
</cp:coreProperties>
</file>